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77777777"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default" r:id="rId8"/>
          <w:footerReference w:type="default" r:id="rId9"/>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3DBB194A" w14:textId="0A42D6E6" w:rsidR="00876E4B"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combining quantitative surveys with qualitative interviews. A sample of 500 participants was recruited using stratified random sampling to ensure representation </w:t>
      </w:r>
      <w:r w:rsidR="00AE69EB">
        <w:lastRenderedPageBreak/>
        <w:t>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182DDCFA" w14:textId="77777777" w:rsidR="00876E4B" w:rsidRDefault="00000000">
      <w:pPr>
        <w:pStyle w:val="Heading2"/>
      </w:pPr>
      <w:r>
        <w:t>V. CONCLUSION</w:t>
      </w:r>
    </w:p>
    <w:p w14:paraId="32831DCA" w14:textId="77777777" w:rsidR="00876E4B" w:rsidRDefault="00000000">
      <w:r>
        <w:t xml:space="preserve">Summarize the key findings of your research and their implications for theory, practice, or policy. Highlight the significance of your contribution and suggest areas for future </w:t>
      </w:r>
      <w:r>
        <w:t>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[2] C. C. Author, “Title of Book,” xth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7B481" w14:textId="77777777" w:rsidR="004457F4" w:rsidRDefault="004457F4">
      <w:pPr>
        <w:spacing w:after="0" w:line="240" w:lineRule="auto"/>
      </w:pPr>
      <w:r>
        <w:separator/>
      </w:r>
    </w:p>
  </w:endnote>
  <w:endnote w:type="continuationSeparator" w:id="0">
    <w:p w14:paraId="4DA6DF68" w14:textId="77777777" w:rsidR="004457F4" w:rsidRDefault="00445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28AED2E4" w:rsidR="00506C49" w:rsidRDefault="00506C49" w:rsidP="00D260D0">
    <w:pPr>
      <w:pStyle w:val="Footer"/>
    </w:pPr>
    <w:r>
      <w:t xml:space="preserve">  </w:t>
    </w:r>
    <w:r>
      <w:rPr>
        <w:sz w:val="18"/>
      </w:rPr>
      <w:t xml:space="preserve">© </w:t>
    </w:r>
    <w:r w:rsidR="00997A0C">
      <w:rPr>
        <w:sz w:val="18"/>
      </w:rPr>
      <w:t>JIMRT</w:t>
    </w:r>
    <w:r>
      <w:rPr>
        <w:sz w:val="18"/>
      </w:rPr>
      <w:t xml:space="preserve"> — All Rights Reserved.</w:t>
    </w:r>
    <w:r w:rsidR="00D260D0">
      <w:t xml:space="preserve"> </w:t>
    </w:r>
    <w:r w:rsidR="00D260D0" w:rsidRPr="00D260D0">
      <w:rPr>
        <w:sz w:val="18"/>
      </w:rPr>
      <w:t xml:space="preserve">Website: </w:t>
    </w:r>
    <w:r w:rsidR="00997A0C" w:rsidRPr="00997A0C">
      <w:rPr>
        <w:sz w:val="18"/>
      </w:rPr>
      <w:t>https://jimrt.org/</w:t>
    </w:r>
  </w:p>
  <w:p w14:paraId="18354A58" w14:textId="5D3F9B70" w:rsidR="00876E4B" w:rsidRPr="00506C49" w:rsidRDefault="00000000"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rsidR="00506C49">
          <w:fldChar w:fldCharType="begin"/>
        </w:r>
        <w:r w:rsidR="00506C49">
          <w:instrText xml:space="preserve"> PAGE   \* MERGEFORMAT </w:instrText>
        </w:r>
        <w:r w:rsidR="00506C49">
          <w:fldChar w:fldCharType="separate"/>
        </w:r>
        <w:r w:rsidR="00506C49">
          <w:rPr>
            <w:noProof/>
          </w:rPr>
          <w:t>12</w:t>
        </w:r>
        <w:r w:rsidR="00506C49">
          <w:rPr>
            <w:noProof/>
          </w:rPr>
          <w:fldChar w:fldCharType="end"/>
        </w:r>
        <w:r w:rsidR="00506C49">
          <w:t xml:space="preserve"> | </w:t>
        </w:r>
        <w:r w:rsidR="00506C49">
          <w:rPr>
            <w:color w:val="7F7F7F" w:themeColor="background1" w:themeShade="7F"/>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BD894" w14:textId="77777777" w:rsidR="004457F4" w:rsidRDefault="004457F4">
      <w:pPr>
        <w:spacing w:after="0" w:line="240" w:lineRule="auto"/>
      </w:pPr>
      <w:r>
        <w:separator/>
      </w:r>
    </w:p>
  </w:footnote>
  <w:footnote w:type="continuationSeparator" w:id="0">
    <w:p w14:paraId="6A2A98BC" w14:textId="77777777" w:rsidR="004457F4" w:rsidRDefault="004457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5609C" w14:textId="6EF3F5A2" w:rsidR="00997A0C" w:rsidRPr="00997A0C" w:rsidRDefault="00997A0C" w:rsidP="00997A0C">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r w:rsidRPr="00997A0C">
      <w:rPr>
        <w:sz w:val="20"/>
        <w:szCs w:val="20"/>
      </w:rPr>
      <w:t>Journal of Innovation in Multidisciplinary Research and Technology</w:t>
    </w:r>
  </w:p>
  <w:p w14:paraId="38E999DD" w14:textId="79631AB3" w:rsidR="00876E4B" w:rsidRPr="00C30D52" w:rsidRDefault="00FA5AAA" w:rsidP="00FA5AAA">
    <w:pPr>
      <w:pStyle w:val="Header"/>
      <w:jc w:val="right"/>
      <w:rPr>
        <w:sz w:val="20"/>
        <w:szCs w:val="20"/>
        <w:lang w:val="en-IN"/>
      </w:rPr>
    </w:pPr>
    <w:r w:rsidRPr="00C30D52">
      <w:rPr>
        <w:sz w:val="20"/>
        <w:szCs w:val="20"/>
      </w:rPr>
      <w:t>EdTech Publishers</w:t>
    </w:r>
    <w:r w:rsidR="00730C29">
      <w:rPr>
        <w:sz w:val="20"/>
        <w:szCs w:val="20"/>
        <w:lang w:val="en-IN"/>
      </w:rPr>
      <w:t xml:space="preserve"> (OPC) Private Limited</w:t>
    </w:r>
  </w:p>
  <w:p w14:paraId="05F2EE88" w14:textId="30F97BF7" w:rsidR="00D260D0" w:rsidRDefault="00D260D0" w:rsidP="00FA5AAA">
    <w:pPr>
      <w:pStyle w:val="Header"/>
      <w:jc w:val="right"/>
      <w:rPr>
        <w:sz w:val="20"/>
        <w:szCs w:val="20"/>
        <w:lang w:val="en-IN"/>
      </w:rPr>
    </w:pPr>
    <w:r w:rsidRPr="00C30D52">
      <w:rPr>
        <w:sz w:val="20"/>
        <w:szCs w:val="20"/>
        <w:lang w:val="en-IN"/>
      </w:rPr>
      <w:t>Volume 0</w:t>
    </w:r>
    <w:r w:rsidR="00006492">
      <w:rPr>
        <w:sz w:val="20"/>
        <w:szCs w:val="20"/>
        <w:lang w:val="en-IN"/>
      </w:rPr>
      <w:t>2</w:t>
    </w:r>
    <w:r w:rsidRPr="00C30D52">
      <w:rPr>
        <w:sz w:val="20"/>
        <w:szCs w:val="20"/>
        <w:lang w:val="en-IN"/>
      </w:rPr>
      <w:t xml:space="preserve"> Issue 0</w:t>
    </w:r>
    <w:r w:rsidR="00006492">
      <w:rPr>
        <w:sz w:val="20"/>
        <w:szCs w:val="20"/>
        <w:lang w:val="en-IN"/>
      </w:rPr>
      <w:t>6</w:t>
    </w:r>
    <w:r w:rsidRPr="00C30D52">
      <w:rPr>
        <w:sz w:val="20"/>
        <w:szCs w:val="20"/>
        <w:lang w:val="en-IN"/>
      </w:rPr>
      <w:t xml:space="preserve"> </w:t>
    </w:r>
    <w:r w:rsidR="00006492">
      <w:rPr>
        <w:sz w:val="20"/>
        <w:szCs w:val="20"/>
        <w:lang w:val="en-IN"/>
      </w:rPr>
      <w:t xml:space="preserve">June </w:t>
    </w:r>
    <w:r w:rsidRPr="00C30D52">
      <w:rPr>
        <w:sz w:val="20"/>
        <w:szCs w:val="20"/>
        <w:lang w:val="en-IN"/>
      </w:rPr>
      <w:t>-</w:t>
    </w:r>
    <w:r w:rsidR="00006492">
      <w:rPr>
        <w:sz w:val="20"/>
        <w:szCs w:val="20"/>
        <w:lang w:val="en-IN"/>
      </w:rPr>
      <w:t xml:space="preserve"> </w:t>
    </w:r>
    <w:r w:rsidRPr="00C30D52">
      <w:rPr>
        <w:sz w:val="20"/>
        <w:szCs w:val="20"/>
        <w:lang w:val="en-IN"/>
      </w:rPr>
      <w:t>202</w:t>
    </w:r>
    <w:bookmarkEnd w:id="0"/>
    <w:bookmarkEnd w:id="1"/>
    <w:bookmarkEnd w:id="2"/>
    <w:bookmarkEnd w:id="3"/>
    <w:bookmarkEnd w:id="4"/>
    <w:bookmarkEnd w:id="5"/>
    <w:bookmarkEnd w:id="6"/>
    <w:bookmarkEnd w:id="7"/>
    <w:r w:rsidR="00006492">
      <w:rPr>
        <w:sz w:val="20"/>
        <w:szCs w:val="20"/>
        <w:lang w:val="en-IN"/>
      </w:rPr>
      <w:t>6</w:t>
    </w:r>
  </w:p>
  <w:p w14:paraId="04BF781D" w14:textId="77777777" w:rsidR="00730C29" w:rsidRPr="00C30D52" w:rsidRDefault="00730C29" w:rsidP="00FA5AAA">
    <w:pPr>
      <w:pStyle w:val="Header"/>
      <w:jc w:val="right"/>
      <w:rPr>
        <w:sz w:val="20"/>
        <w:szCs w:val="20"/>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6492"/>
    <w:rsid w:val="00034616"/>
    <w:rsid w:val="0006063C"/>
    <w:rsid w:val="0010278F"/>
    <w:rsid w:val="0015074B"/>
    <w:rsid w:val="0029639D"/>
    <w:rsid w:val="00326F90"/>
    <w:rsid w:val="004457F4"/>
    <w:rsid w:val="00490D67"/>
    <w:rsid w:val="00506C49"/>
    <w:rsid w:val="006D6C14"/>
    <w:rsid w:val="00730C29"/>
    <w:rsid w:val="00876E4B"/>
    <w:rsid w:val="008B52F7"/>
    <w:rsid w:val="009920F8"/>
    <w:rsid w:val="00997A0C"/>
    <w:rsid w:val="00A73438"/>
    <w:rsid w:val="00AA1D8D"/>
    <w:rsid w:val="00AE69EB"/>
    <w:rsid w:val="00AF6402"/>
    <w:rsid w:val="00B23687"/>
    <w:rsid w:val="00B3733B"/>
    <w:rsid w:val="00B45205"/>
    <w:rsid w:val="00B47730"/>
    <w:rsid w:val="00BB5479"/>
    <w:rsid w:val="00C30D52"/>
    <w:rsid w:val="00CB0664"/>
    <w:rsid w:val="00D20B5A"/>
    <w:rsid w:val="00D260D0"/>
    <w:rsid w:val="00DC7D27"/>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9</cp:revision>
  <dcterms:created xsi:type="dcterms:W3CDTF">2013-12-23T23:15:00Z</dcterms:created>
  <dcterms:modified xsi:type="dcterms:W3CDTF">2026-06-11T16:13:00Z</dcterms:modified>
  <cp:category/>
</cp:coreProperties>
</file>